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E152E" w14:textId="6424B4D7" w:rsidR="008B450D" w:rsidRPr="006936C2" w:rsidRDefault="00312961" w:rsidP="006936C2">
      <w:pPr>
        <w:pStyle w:val="Title"/>
        <w:spacing w:after="120"/>
        <w:jc w:val="center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DANH SÁCH DOANH NGHIỆP ĐỊA PHƯƠNG KẾT NỐI DOANH NHÂN NGƯỜI NƯỚC NGOÀI</w:t>
      </w:r>
    </w:p>
    <w:p w14:paraId="672D18F1" w14:textId="08D01722" w:rsidR="006936C2" w:rsidRDefault="00312961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(Kèm theo Công văn số </w:t>
      </w:r>
      <w:r w:rsidR="00A24160">
        <w:rPr>
          <w:i/>
          <w:sz w:val="28"/>
          <w:szCs w:val="28"/>
        </w:rPr>
        <w:t>4537</w:t>
      </w:r>
      <w:r>
        <w:rPr>
          <w:i/>
          <w:sz w:val="28"/>
          <w:szCs w:val="28"/>
        </w:rPr>
        <w:t xml:space="preserve">/SCT-QLTM ngày </w:t>
      </w:r>
      <w:r w:rsidR="00A24160">
        <w:rPr>
          <w:i/>
          <w:sz w:val="28"/>
          <w:szCs w:val="28"/>
        </w:rPr>
        <w:t>25</w:t>
      </w:r>
      <w:r>
        <w:rPr>
          <w:i/>
          <w:sz w:val="28"/>
          <w:szCs w:val="28"/>
        </w:rPr>
        <w:t xml:space="preserve"> tháng </w:t>
      </w:r>
      <w:r w:rsidR="00A24160">
        <w:rPr>
          <w:i/>
          <w:sz w:val="28"/>
          <w:szCs w:val="28"/>
        </w:rPr>
        <w:t>9</w:t>
      </w:r>
      <w:r>
        <w:rPr>
          <w:i/>
          <w:sz w:val="28"/>
          <w:szCs w:val="28"/>
        </w:rPr>
        <w:t xml:space="preserve"> năm 2026)</w:t>
      </w:r>
    </w:p>
    <w:p w14:paraId="0481CEAF" w14:textId="77777777" w:rsidR="006936C2" w:rsidRPr="006936C2" w:rsidRDefault="006936C2">
      <w:pPr>
        <w:jc w:val="center"/>
        <w:rPr>
          <w:sz w:val="28"/>
          <w:szCs w:val="28"/>
        </w:rPr>
      </w:pPr>
    </w:p>
    <w:tbl>
      <w:tblPr>
        <w:tblStyle w:val="TableGrid"/>
        <w:tblW w:w="14761" w:type="dxa"/>
        <w:jc w:val="center"/>
        <w:tblLayout w:type="fixed"/>
        <w:tblLook w:val="04A0" w:firstRow="1" w:lastRow="0" w:firstColumn="1" w:lastColumn="0" w:noHBand="0" w:noVBand="1"/>
      </w:tblPr>
      <w:tblGrid>
        <w:gridCol w:w="624"/>
        <w:gridCol w:w="2069"/>
        <w:gridCol w:w="1701"/>
        <w:gridCol w:w="1697"/>
        <w:gridCol w:w="2551"/>
        <w:gridCol w:w="3543"/>
        <w:gridCol w:w="2576"/>
      </w:tblGrid>
      <w:tr w:rsidR="008B450D" w:rsidRPr="00E86D2E" w14:paraId="24A5B920" w14:textId="77777777" w:rsidTr="00585FD3">
        <w:trPr>
          <w:tblHeader/>
          <w:jc w:val="center"/>
        </w:trPr>
        <w:tc>
          <w:tcPr>
            <w:tcW w:w="624" w:type="dxa"/>
            <w:shd w:val="clear" w:color="auto" w:fill="EAEAEA"/>
            <w:vAlign w:val="center"/>
          </w:tcPr>
          <w:p w14:paraId="69BD8168" w14:textId="77777777" w:rsidR="008B450D" w:rsidRPr="00E86D2E" w:rsidRDefault="00D316DF">
            <w:pPr>
              <w:spacing w:after="0"/>
              <w:jc w:val="center"/>
              <w:rPr>
                <w:sz w:val="20"/>
                <w:szCs w:val="20"/>
              </w:rPr>
            </w:pPr>
            <w:r w:rsidRPr="00E86D2E">
              <w:rPr>
                <w:b/>
                <w:sz w:val="20"/>
                <w:szCs w:val="20"/>
              </w:rPr>
              <w:t>STT</w:t>
            </w:r>
          </w:p>
        </w:tc>
        <w:tc>
          <w:tcPr>
            <w:tcW w:w="2069" w:type="dxa"/>
            <w:shd w:val="clear" w:color="auto" w:fill="EAEAEA"/>
            <w:vAlign w:val="center"/>
          </w:tcPr>
          <w:p w14:paraId="261A6E44" w14:textId="77777777" w:rsidR="008B450D" w:rsidRPr="00E86D2E" w:rsidRDefault="00D316DF">
            <w:pPr>
              <w:spacing w:after="0"/>
              <w:jc w:val="center"/>
              <w:rPr>
                <w:sz w:val="25"/>
                <w:szCs w:val="25"/>
              </w:rPr>
            </w:pPr>
            <w:r w:rsidRPr="00E86D2E">
              <w:rPr>
                <w:b/>
                <w:sz w:val="25"/>
                <w:szCs w:val="25"/>
              </w:rPr>
              <w:t>Tên tổ chức, doanh nghiệp</w:t>
            </w:r>
          </w:p>
        </w:tc>
        <w:tc>
          <w:tcPr>
            <w:tcW w:w="1701" w:type="dxa"/>
            <w:shd w:val="clear" w:color="auto" w:fill="EAEAEA"/>
            <w:vAlign w:val="center"/>
          </w:tcPr>
          <w:p w14:paraId="5F04E75D" w14:textId="77777777" w:rsidR="008B450D" w:rsidRPr="00E86D2E" w:rsidRDefault="00D316DF">
            <w:pPr>
              <w:spacing w:after="0"/>
              <w:jc w:val="center"/>
              <w:rPr>
                <w:sz w:val="25"/>
                <w:szCs w:val="25"/>
              </w:rPr>
            </w:pPr>
            <w:r w:rsidRPr="00E86D2E">
              <w:rPr>
                <w:b/>
                <w:sz w:val="25"/>
                <w:szCs w:val="25"/>
              </w:rPr>
              <w:t>Người đại diện, chức vụ</w:t>
            </w:r>
          </w:p>
        </w:tc>
        <w:tc>
          <w:tcPr>
            <w:tcW w:w="1697" w:type="dxa"/>
            <w:shd w:val="clear" w:color="auto" w:fill="EAEAEA"/>
            <w:vAlign w:val="center"/>
          </w:tcPr>
          <w:p w14:paraId="5A2CD19F" w14:textId="77777777" w:rsidR="008B450D" w:rsidRPr="00E86D2E" w:rsidRDefault="00D316DF">
            <w:pPr>
              <w:spacing w:after="0"/>
              <w:jc w:val="center"/>
              <w:rPr>
                <w:sz w:val="25"/>
                <w:szCs w:val="25"/>
              </w:rPr>
            </w:pPr>
            <w:r w:rsidRPr="00E86D2E">
              <w:rPr>
                <w:b/>
                <w:sz w:val="25"/>
                <w:szCs w:val="25"/>
              </w:rPr>
              <w:t>Số điện thoại</w:t>
            </w:r>
          </w:p>
        </w:tc>
        <w:tc>
          <w:tcPr>
            <w:tcW w:w="2551" w:type="dxa"/>
            <w:shd w:val="clear" w:color="auto" w:fill="EAEAEA"/>
            <w:vAlign w:val="center"/>
          </w:tcPr>
          <w:p w14:paraId="04729DC0" w14:textId="4BAEA5C1" w:rsidR="008B450D" w:rsidRPr="00E86D2E" w:rsidRDefault="00D316DF">
            <w:pPr>
              <w:spacing w:after="0"/>
              <w:jc w:val="center"/>
              <w:rPr>
                <w:sz w:val="25"/>
                <w:szCs w:val="25"/>
              </w:rPr>
            </w:pPr>
            <w:r w:rsidRPr="00E86D2E">
              <w:rPr>
                <w:b/>
                <w:sz w:val="25"/>
                <w:szCs w:val="25"/>
              </w:rPr>
              <w:t>Email</w:t>
            </w:r>
            <w:r w:rsidR="00B33EAA">
              <w:rPr>
                <w:b/>
                <w:sz w:val="25"/>
                <w:szCs w:val="25"/>
              </w:rPr>
              <w:t xml:space="preserve"> và website/facebook</w:t>
            </w:r>
          </w:p>
        </w:tc>
        <w:tc>
          <w:tcPr>
            <w:tcW w:w="3543" w:type="dxa"/>
            <w:shd w:val="clear" w:color="auto" w:fill="EAEAEA"/>
            <w:vAlign w:val="center"/>
          </w:tcPr>
          <w:p w14:paraId="3C1A9230" w14:textId="77777777" w:rsidR="008B450D" w:rsidRPr="00E86D2E" w:rsidRDefault="00D316DF">
            <w:pPr>
              <w:spacing w:after="0"/>
              <w:jc w:val="center"/>
              <w:rPr>
                <w:sz w:val="25"/>
                <w:szCs w:val="25"/>
              </w:rPr>
            </w:pPr>
            <w:r w:rsidRPr="00E86D2E">
              <w:rPr>
                <w:b/>
                <w:sz w:val="25"/>
                <w:szCs w:val="25"/>
              </w:rPr>
              <w:t>Địa chỉ tại địa phương</w:t>
            </w:r>
          </w:p>
        </w:tc>
        <w:tc>
          <w:tcPr>
            <w:tcW w:w="2576" w:type="dxa"/>
            <w:shd w:val="clear" w:color="auto" w:fill="EAEAEA"/>
            <w:vAlign w:val="center"/>
          </w:tcPr>
          <w:p w14:paraId="62670132" w14:textId="747F662E" w:rsidR="008B450D" w:rsidRPr="00E86D2E" w:rsidRDefault="00D316DF">
            <w:pPr>
              <w:spacing w:after="0"/>
              <w:jc w:val="center"/>
              <w:rPr>
                <w:sz w:val="25"/>
                <w:szCs w:val="25"/>
              </w:rPr>
            </w:pPr>
            <w:r w:rsidRPr="00E86D2E">
              <w:rPr>
                <w:b/>
                <w:sz w:val="25"/>
                <w:szCs w:val="25"/>
              </w:rPr>
              <w:t>Hoạt động đã, đang hoặc mong muốn hợp tác, kết nối</w:t>
            </w:r>
            <w:r w:rsidR="00056CBE">
              <w:rPr>
                <w:b/>
                <w:sz w:val="25"/>
                <w:szCs w:val="25"/>
              </w:rPr>
              <w:t xml:space="preserve"> hoặc ký kết MOU…</w:t>
            </w:r>
            <w:r w:rsidRPr="00E86D2E">
              <w:rPr>
                <w:b/>
                <w:sz w:val="25"/>
                <w:szCs w:val="25"/>
              </w:rPr>
              <w:t xml:space="preserve"> với </w:t>
            </w:r>
            <w:r w:rsidR="00056CBE">
              <w:rPr>
                <w:b/>
                <w:sz w:val="25"/>
                <w:szCs w:val="25"/>
              </w:rPr>
              <w:t xml:space="preserve">các hiệp hội </w:t>
            </w:r>
            <w:r w:rsidRPr="00E86D2E">
              <w:rPr>
                <w:b/>
                <w:sz w:val="25"/>
                <w:szCs w:val="25"/>
              </w:rPr>
              <w:t>doanh nghiệp, doanh nhân kiều bào</w:t>
            </w:r>
          </w:p>
        </w:tc>
      </w:tr>
      <w:tr w:rsidR="008B450D" w:rsidRPr="00E86D2E" w14:paraId="19E17158" w14:textId="77777777" w:rsidTr="00585FD3">
        <w:trPr>
          <w:trHeight w:val="680"/>
          <w:jc w:val="center"/>
        </w:trPr>
        <w:tc>
          <w:tcPr>
            <w:tcW w:w="624" w:type="dxa"/>
            <w:vAlign w:val="center"/>
          </w:tcPr>
          <w:p w14:paraId="04BBD1ED" w14:textId="77777777" w:rsidR="008B450D" w:rsidRPr="009B6051" w:rsidRDefault="00D316DF">
            <w:pPr>
              <w:spacing w:after="0"/>
              <w:jc w:val="center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1</w:t>
            </w:r>
          </w:p>
        </w:tc>
        <w:tc>
          <w:tcPr>
            <w:tcW w:w="2069" w:type="dxa"/>
            <w:vAlign w:val="center"/>
          </w:tcPr>
          <w:p w14:paraId="347127A6" w14:textId="35B63A3A" w:rsidR="008B450D" w:rsidRPr="009B6051" w:rsidRDefault="00235DA0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Công ty CP DamSan</w:t>
            </w:r>
          </w:p>
        </w:tc>
        <w:tc>
          <w:tcPr>
            <w:tcW w:w="1701" w:type="dxa"/>
            <w:vAlign w:val="center"/>
          </w:tcPr>
          <w:p w14:paraId="740AC7C5" w14:textId="2A73E99B" w:rsidR="008B450D" w:rsidRPr="009B6051" w:rsidRDefault="00193962" w:rsidP="00193962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Vũ Huy Đông – CT HĐQT</w:t>
            </w:r>
          </w:p>
        </w:tc>
        <w:tc>
          <w:tcPr>
            <w:tcW w:w="1697" w:type="dxa"/>
            <w:vAlign w:val="center"/>
          </w:tcPr>
          <w:p w14:paraId="5C9EC0CF" w14:textId="5B5865F0" w:rsidR="008B450D" w:rsidRPr="009B6051" w:rsidRDefault="00235DA0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0987.696.688</w:t>
            </w:r>
          </w:p>
        </w:tc>
        <w:tc>
          <w:tcPr>
            <w:tcW w:w="2551" w:type="dxa"/>
            <w:vAlign w:val="center"/>
          </w:tcPr>
          <w:p w14:paraId="5157A2EF" w14:textId="199BF21D" w:rsidR="00235DA0" w:rsidRPr="009B6051" w:rsidRDefault="00235DA0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https://damsanjsc.vn</w:t>
            </w:r>
          </w:p>
        </w:tc>
        <w:tc>
          <w:tcPr>
            <w:tcW w:w="3543" w:type="dxa"/>
            <w:vAlign w:val="center"/>
          </w:tcPr>
          <w:p w14:paraId="2A128D95" w14:textId="30AB1DC4" w:rsidR="008B450D" w:rsidRPr="009B6051" w:rsidRDefault="00235DA0" w:rsidP="00235DA0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 xml:space="preserve">Lô A4, Đường Bùi Viện, KCN Nguyễn Đức Cảnh, phường Trần Hưng Đạo, tỉnh Hưng Yên </w:t>
            </w:r>
          </w:p>
        </w:tc>
        <w:tc>
          <w:tcPr>
            <w:tcW w:w="2576" w:type="dxa"/>
            <w:vAlign w:val="center"/>
          </w:tcPr>
          <w:p w14:paraId="24CE500B" w14:textId="0CFBABE4" w:rsidR="008B450D" w:rsidRPr="009B6051" w:rsidRDefault="00235DA0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Lĩnh vực xơ sợi</w:t>
            </w:r>
          </w:p>
        </w:tc>
      </w:tr>
      <w:tr w:rsidR="008B450D" w:rsidRPr="00E86D2E" w14:paraId="350A6200" w14:textId="77777777" w:rsidTr="00585FD3">
        <w:trPr>
          <w:trHeight w:val="680"/>
          <w:jc w:val="center"/>
        </w:trPr>
        <w:tc>
          <w:tcPr>
            <w:tcW w:w="624" w:type="dxa"/>
            <w:vAlign w:val="center"/>
          </w:tcPr>
          <w:p w14:paraId="78C5EB0C" w14:textId="77777777" w:rsidR="008B450D" w:rsidRPr="009B6051" w:rsidRDefault="00D316DF">
            <w:pPr>
              <w:spacing w:after="0"/>
              <w:jc w:val="center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2</w:t>
            </w:r>
          </w:p>
        </w:tc>
        <w:tc>
          <w:tcPr>
            <w:tcW w:w="2069" w:type="dxa"/>
            <w:vAlign w:val="center"/>
          </w:tcPr>
          <w:p w14:paraId="5BD72065" w14:textId="61063D11" w:rsidR="008B450D" w:rsidRPr="009B6051" w:rsidRDefault="00235DA0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Công ty TNHH Hưng Cúc</w:t>
            </w:r>
          </w:p>
        </w:tc>
        <w:tc>
          <w:tcPr>
            <w:tcW w:w="1701" w:type="dxa"/>
            <w:vAlign w:val="center"/>
          </w:tcPr>
          <w:p w14:paraId="6702B867" w14:textId="33C7A3B1" w:rsidR="008B450D" w:rsidRPr="009B6051" w:rsidRDefault="00235DA0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Lý Thái Hưng</w:t>
            </w:r>
          </w:p>
        </w:tc>
        <w:tc>
          <w:tcPr>
            <w:tcW w:w="1697" w:type="dxa"/>
            <w:vAlign w:val="center"/>
          </w:tcPr>
          <w:p w14:paraId="6E692EF7" w14:textId="54E02D50" w:rsidR="008B450D" w:rsidRPr="009B6051" w:rsidRDefault="00BA1316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0913.291.488</w:t>
            </w:r>
          </w:p>
        </w:tc>
        <w:tc>
          <w:tcPr>
            <w:tcW w:w="2551" w:type="dxa"/>
            <w:vAlign w:val="center"/>
          </w:tcPr>
          <w:p w14:paraId="543BBAFB" w14:textId="1F74C29E" w:rsidR="008B450D" w:rsidRPr="009B6051" w:rsidRDefault="00561183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https://gaohungcuc.com</w:t>
            </w:r>
          </w:p>
        </w:tc>
        <w:tc>
          <w:tcPr>
            <w:tcW w:w="3543" w:type="dxa"/>
            <w:vAlign w:val="center"/>
          </w:tcPr>
          <w:p w14:paraId="128115C3" w14:textId="19FAA4CA" w:rsidR="008B450D" w:rsidRPr="009B6051" w:rsidRDefault="00BA1316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CCN Xuân Quang, xã Nam Đông Hưng, tỉnh Hưng Yên</w:t>
            </w:r>
          </w:p>
        </w:tc>
        <w:tc>
          <w:tcPr>
            <w:tcW w:w="2576" w:type="dxa"/>
            <w:vAlign w:val="center"/>
          </w:tcPr>
          <w:p w14:paraId="7D2CA6DD" w14:textId="268A0252" w:rsidR="008B450D" w:rsidRPr="009B6051" w:rsidRDefault="00585FD3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Các sản phẩm gạo</w:t>
            </w:r>
          </w:p>
        </w:tc>
      </w:tr>
      <w:tr w:rsidR="008B450D" w:rsidRPr="00E86D2E" w14:paraId="67D97843" w14:textId="77777777" w:rsidTr="00585FD3">
        <w:trPr>
          <w:trHeight w:val="680"/>
          <w:jc w:val="center"/>
        </w:trPr>
        <w:tc>
          <w:tcPr>
            <w:tcW w:w="624" w:type="dxa"/>
            <w:vAlign w:val="center"/>
          </w:tcPr>
          <w:p w14:paraId="6A5E5B43" w14:textId="77777777" w:rsidR="008B450D" w:rsidRPr="009B6051" w:rsidRDefault="00D316DF">
            <w:pPr>
              <w:spacing w:after="0"/>
              <w:jc w:val="center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3</w:t>
            </w:r>
          </w:p>
        </w:tc>
        <w:tc>
          <w:tcPr>
            <w:tcW w:w="2069" w:type="dxa"/>
            <w:vAlign w:val="center"/>
          </w:tcPr>
          <w:p w14:paraId="40DFFB32" w14:textId="66EB23AF" w:rsidR="00235DA0" w:rsidRPr="009B6051" w:rsidRDefault="00235DA0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Công ty Cổ phần Sợi Trà Lý Hưng Yên</w:t>
            </w:r>
          </w:p>
        </w:tc>
        <w:tc>
          <w:tcPr>
            <w:tcW w:w="1701" w:type="dxa"/>
            <w:vAlign w:val="center"/>
          </w:tcPr>
          <w:p w14:paraId="5101370F" w14:textId="0AC7407B" w:rsidR="000D720A" w:rsidRPr="009B6051" w:rsidRDefault="000D720A" w:rsidP="000D720A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Đỗ Thị Lan Phương – Giám đốc</w:t>
            </w:r>
          </w:p>
          <w:p w14:paraId="6BB48F8B" w14:textId="42BB0CB4" w:rsidR="008B450D" w:rsidRPr="009B6051" w:rsidRDefault="000D720A" w:rsidP="000D720A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 xml:space="preserve"> </w:t>
            </w:r>
          </w:p>
        </w:tc>
        <w:tc>
          <w:tcPr>
            <w:tcW w:w="1697" w:type="dxa"/>
            <w:vAlign w:val="center"/>
          </w:tcPr>
          <w:p w14:paraId="08F3B44C" w14:textId="1B559361" w:rsidR="008B450D" w:rsidRPr="009B6051" w:rsidRDefault="000D720A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0903.945.286</w:t>
            </w:r>
          </w:p>
        </w:tc>
        <w:tc>
          <w:tcPr>
            <w:tcW w:w="2551" w:type="dxa"/>
            <w:vAlign w:val="center"/>
          </w:tcPr>
          <w:p w14:paraId="08587133" w14:textId="64E5864F" w:rsidR="008B450D" w:rsidRPr="009B6051" w:rsidRDefault="000D720A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Phuongdo@tralytexco.com</w:t>
            </w:r>
          </w:p>
        </w:tc>
        <w:tc>
          <w:tcPr>
            <w:tcW w:w="3543" w:type="dxa"/>
            <w:vAlign w:val="center"/>
          </w:tcPr>
          <w:p w14:paraId="43FB5DBC" w14:textId="5159C66A" w:rsidR="008B450D" w:rsidRPr="009B6051" w:rsidRDefault="000D720A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Thôn Tử Dương, Xã Yên Mỹ, Tỉnh Hưng Yê</w:t>
            </w:r>
          </w:p>
        </w:tc>
        <w:tc>
          <w:tcPr>
            <w:tcW w:w="2576" w:type="dxa"/>
            <w:vAlign w:val="center"/>
          </w:tcPr>
          <w:p w14:paraId="1D47D595" w14:textId="50123CC8" w:rsidR="008B450D" w:rsidRPr="009B6051" w:rsidRDefault="00BA1316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Lĩnh vực xơ sợi</w:t>
            </w:r>
          </w:p>
        </w:tc>
      </w:tr>
      <w:tr w:rsidR="008B450D" w:rsidRPr="00E86D2E" w14:paraId="3B63C905" w14:textId="77777777" w:rsidTr="00585FD3">
        <w:trPr>
          <w:trHeight w:val="680"/>
          <w:jc w:val="center"/>
        </w:trPr>
        <w:tc>
          <w:tcPr>
            <w:tcW w:w="624" w:type="dxa"/>
            <w:vAlign w:val="center"/>
          </w:tcPr>
          <w:p w14:paraId="1CE798F4" w14:textId="77777777" w:rsidR="008B450D" w:rsidRPr="009B6051" w:rsidRDefault="00D316DF">
            <w:pPr>
              <w:spacing w:after="0"/>
              <w:jc w:val="center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4</w:t>
            </w:r>
          </w:p>
        </w:tc>
        <w:tc>
          <w:tcPr>
            <w:tcW w:w="2069" w:type="dxa"/>
            <w:vAlign w:val="center"/>
          </w:tcPr>
          <w:p w14:paraId="7BE390B8" w14:textId="3377ECE3" w:rsidR="008B450D" w:rsidRPr="009B6051" w:rsidRDefault="00235DA0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Công ty TNHH Hương Sen Comfor</w:t>
            </w:r>
          </w:p>
        </w:tc>
        <w:tc>
          <w:tcPr>
            <w:tcW w:w="1701" w:type="dxa"/>
            <w:vAlign w:val="center"/>
          </w:tcPr>
          <w:p w14:paraId="6C9E9E5B" w14:textId="2EE6D545" w:rsidR="008B450D" w:rsidRPr="009B6051" w:rsidRDefault="00BA1316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Đỗ Văn Vẻ</w:t>
            </w:r>
            <w:r w:rsidR="00193962" w:rsidRPr="009B6051">
              <w:rPr>
                <w:sz w:val="25"/>
                <w:szCs w:val="25"/>
              </w:rPr>
              <w:t xml:space="preserve"> - Giám đốc</w:t>
            </w:r>
          </w:p>
          <w:p w14:paraId="6433D901" w14:textId="1E98F292" w:rsidR="00193962" w:rsidRPr="009B6051" w:rsidRDefault="00193962">
            <w:pPr>
              <w:spacing w:after="0"/>
              <w:rPr>
                <w:sz w:val="25"/>
                <w:szCs w:val="25"/>
              </w:rPr>
            </w:pPr>
          </w:p>
        </w:tc>
        <w:tc>
          <w:tcPr>
            <w:tcW w:w="1697" w:type="dxa"/>
            <w:vAlign w:val="center"/>
          </w:tcPr>
          <w:p w14:paraId="3418E670" w14:textId="1ADA8972" w:rsidR="008B450D" w:rsidRPr="009B6051" w:rsidRDefault="00BA1316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0913.291.870</w:t>
            </w:r>
          </w:p>
        </w:tc>
        <w:tc>
          <w:tcPr>
            <w:tcW w:w="2551" w:type="dxa"/>
            <w:vAlign w:val="center"/>
          </w:tcPr>
          <w:p w14:paraId="3A4D1FD1" w14:textId="51AA5B50" w:rsidR="008B450D" w:rsidRPr="009B6051" w:rsidRDefault="00A104A5">
            <w:pPr>
              <w:spacing w:after="0"/>
              <w:rPr>
                <w:sz w:val="25"/>
                <w:szCs w:val="25"/>
              </w:rPr>
            </w:pPr>
            <w:hyperlink r:id="rId8" w:history="1">
              <w:r w:rsidR="00BA1316" w:rsidRPr="009B6051">
                <w:rPr>
                  <w:sz w:val="25"/>
                  <w:szCs w:val="25"/>
                </w:rPr>
                <w:t>https://huongsencomfor.com</w:t>
              </w:r>
            </w:hyperlink>
          </w:p>
        </w:tc>
        <w:tc>
          <w:tcPr>
            <w:tcW w:w="3543" w:type="dxa"/>
            <w:vAlign w:val="center"/>
          </w:tcPr>
          <w:p w14:paraId="3BCA798E" w14:textId="6E1C488A" w:rsidR="008B450D" w:rsidRPr="009B6051" w:rsidRDefault="00BA1316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CCN Đông Hải, xã Quỳnh An, tỉnh Hưng Yên</w:t>
            </w:r>
          </w:p>
        </w:tc>
        <w:tc>
          <w:tcPr>
            <w:tcW w:w="2576" w:type="dxa"/>
            <w:vAlign w:val="center"/>
          </w:tcPr>
          <w:p w14:paraId="61A61440" w14:textId="66B2A2EA" w:rsidR="008B450D" w:rsidRPr="009B6051" w:rsidRDefault="00BA1316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Lĩnh vực xơ sợi</w:t>
            </w:r>
          </w:p>
        </w:tc>
      </w:tr>
      <w:tr w:rsidR="008B450D" w:rsidRPr="00E86D2E" w14:paraId="2DBD82E9" w14:textId="77777777" w:rsidTr="00585FD3">
        <w:trPr>
          <w:trHeight w:val="680"/>
          <w:jc w:val="center"/>
        </w:trPr>
        <w:tc>
          <w:tcPr>
            <w:tcW w:w="624" w:type="dxa"/>
            <w:vAlign w:val="center"/>
          </w:tcPr>
          <w:p w14:paraId="7E23A2A0" w14:textId="77777777" w:rsidR="008B450D" w:rsidRPr="009B6051" w:rsidRDefault="00D316DF">
            <w:pPr>
              <w:spacing w:after="0"/>
              <w:jc w:val="center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5</w:t>
            </w:r>
          </w:p>
        </w:tc>
        <w:tc>
          <w:tcPr>
            <w:tcW w:w="2069" w:type="dxa"/>
            <w:vAlign w:val="center"/>
          </w:tcPr>
          <w:p w14:paraId="3822BDDA" w14:textId="48426B5F" w:rsidR="008B450D" w:rsidRPr="009B6051" w:rsidRDefault="00235DA0" w:rsidP="00235DA0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Công ty Cổ phần quốc tế Bảo Hưng</w:t>
            </w:r>
          </w:p>
        </w:tc>
        <w:tc>
          <w:tcPr>
            <w:tcW w:w="1701" w:type="dxa"/>
            <w:vAlign w:val="center"/>
          </w:tcPr>
          <w:p w14:paraId="27DA1310" w14:textId="1770EA0F" w:rsidR="008B450D" w:rsidRPr="009B6051" w:rsidRDefault="00235DA0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Đào Đức Hưng</w:t>
            </w:r>
            <w:r w:rsidR="00193962" w:rsidRPr="009B6051">
              <w:rPr>
                <w:sz w:val="25"/>
                <w:szCs w:val="25"/>
              </w:rPr>
              <w:t xml:space="preserve"> - TGĐ</w:t>
            </w:r>
          </w:p>
        </w:tc>
        <w:tc>
          <w:tcPr>
            <w:tcW w:w="1697" w:type="dxa"/>
            <w:vAlign w:val="center"/>
          </w:tcPr>
          <w:p w14:paraId="741A0F7F" w14:textId="530D241F" w:rsidR="008B450D" w:rsidRPr="009B6051" w:rsidRDefault="00235DA0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098.335.8888</w:t>
            </w:r>
          </w:p>
        </w:tc>
        <w:tc>
          <w:tcPr>
            <w:tcW w:w="2551" w:type="dxa"/>
            <w:vAlign w:val="center"/>
          </w:tcPr>
          <w:p w14:paraId="26D16E4E" w14:textId="60C976A4" w:rsidR="008B450D" w:rsidRPr="009B6051" w:rsidRDefault="00585FD3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https://bkbaobung.com</w:t>
            </w:r>
          </w:p>
        </w:tc>
        <w:tc>
          <w:tcPr>
            <w:tcW w:w="3543" w:type="dxa"/>
            <w:vAlign w:val="center"/>
          </w:tcPr>
          <w:p w14:paraId="4B8160DB" w14:textId="6876E685" w:rsidR="008B450D" w:rsidRPr="009B6051" w:rsidRDefault="00235DA0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 xml:space="preserve">CCN </w:t>
            </w:r>
            <w:r w:rsidR="00B61EEF" w:rsidRPr="009B6051">
              <w:rPr>
                <w:sz w:val="25"/>
                <w:szCs w:val="25"/>
              </w:rPr>
              <w:t>Tân Minh, xã Tân Thuận, tỉnh Hưng Yên</w:t>
            </w:r>
          </w:p>
        </w:tc>
        <w:tc>
          <w:tcPr>
            <w:tcW w:w="2576" w:type="dxa"/>
            <w:vAlign w:val="center"/>
          </w:tcPr>
          <w:p w14:paraId="3D6D8614" w14:textId="4626E6EE" w:rsidR="008B450D" w:rsidRPr="009B6051" w:rsidRDefault="00BA1316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Lĩnh vực nông sản thực phẩm</w:t>
            </w:r>
          </w:p>
        </w:tc>
      </w:tr>
      <w:tr w:rsidR="008B450D" w:rsidRPr="00E86D2E" w14:paraId="054C3FBB" w14:textId="77777777" w:rsidTr="00585FD3">
        <w:trPr>
          <w:trHeight w:val="680"/>
          <w:jc w:val="center"/>
        </w:trPr>
        <w:tc>
          <w:tcPr>
            <w:tcW w:w="624" w:type="dxa"/>
            <w:vAlign w:val="center"/>
          </w:tcPr>
          <w:p w14:paraId="5A53EFB9" w14:textId="77777777" w:rsidR="008B450D" w:rsidRPr="009B6051" w:rsidRDefault="00D316DF">
            <w:pPr>
              <w:spacing w:after="0"/>
              <w:jc w:val="center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6</w:t>
            </w:r>
          </w:p>
        </w:tc>
        <w:tc>
          <w:tcPr>
            <w:tcW w:w="2069" w:type="dxa"/>
            <w:vAlign w:val="center"/>
          </w:tcPr>
          <w:p w14:paraId="61206632" w14:textId="1C8AEC85" w:rsidR="008B450D" w:rsidRPr="009B6051" w:rsidRDefault="00561183" w:rsidP="00561183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Công ty TNHH đầu tư và phát triển công nghệ An Đình</w:t>
            </w:r>
          </w:p>
        </w:tc>
        <w:tc>
          <w:tcPr>
            <w:tcW w:w="1701" w:type="dxa"/>
            <w:vAlign w:val="center"/>
          </w:tcPr>
          <w:p w14:paraId="32FD6BC6" w14:textId="6FF98EEB" w:rsidR="008B450D" w:rsidRPr="009B6051" w:rsidRDefault="00585FD3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Nguyễn Thanh Nhị</w:t>
            </w:r>
            <w:r w:rsidR="00193962" w:rsidRPr="009B6051">
              <w:rPr>
                <w:sz w:val="25"/>
                <w:szCs w:val="25"/>
              </w:rPr>
              <w:t xml:space="preserve"> - Giám đốc</w:t>
            </w:r>
          </w:p>
        </w:tc>
        <w:tc>
          <w:tcPr>
            <w:tcW w:w="1697" w:type="dxa"/>
            <w:vAlign w:val="center"/>
          </w:tcPr>
          <w:p w14:paraId="3F1C5C14" w14:textId="217662CD" w:rsidR="008B450D" w:rsidRPr="009B6051" w:rsidRDefault="00585FD3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0983.224.900</w:t>
            </w:r>
          </w:p>
        </w:tc>
        <w:tc>
          <w:tcPr>
            <w:tcW w:w="2551" w:type="dxa"/>
            <w:vAlign w:val="center"/>
          </w:tcPr>
          <w:p w14:paraId="3E053A3E" w14:textId="64CFBA40" w:rsidR="008B450D" w:rsidRPr="009B6051" w:rsidRDefault="00585FD3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https:andinh.com.vn</w:t>
            </w:r>
          </w:p>
        </w:tc>
        <w:tc>
          <w:tcPr>
            <w:tcW w:w="3543" w:type="dxa"/>
            <w:vAlign w:val="center"/>
          </w:tcPr>
          <w:p w14:paraId="6998213B" w14:textId="7FA17021" w:rsidR="008B450D" w:rsidRPr="009B6051" w:rsidRDefault="00585FD3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Tổ dân phố Ngọc Lâm</w:t>
            </w:r>
            <w:r w:rsidR="00561183" w:rsidRPr="009B6051">
              <w:rPr>
                <w:sz w:val="25"/>
                <w:szCs w:val="25"/>
              </w:rPr>
              <w:t>, Phường Đường Hào, tỉnh Hưng Yên</w:t>
            </w:r>
          </w:p>
        </w:tc>
        <w:tc>
          <w:tcPr>
            <w:tcW w:w="2576" w:type="dxa"/>
            <w:vAlign w:val="center"/>
          </w:tcPr>
          <w:p w14:paraId="0C3FC3EE" w14:textId="59C01C73" w:rsidR="008B450D" w:rsidRPr="009B6051" w:rsidRDefault="00585FD3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Các sản phẩm gạo</w:t>
            </w:r>
          </w:p>
        </w:tc>
      </w:tr>
      <w:tr w:rsidR="00561183" w:rsidRPr="00E86D2E" w14:paraId="43C8491D" w14:textId="77777777" w:rsidTr="00585FD3">
        <w:trPr>
          <w:trHeight w:val="680"/>
          <w:jc w:val="center"/>
        </w:trPr>
        <w:tc>
          <w:tcPr>
            <w:tcW w:w="624" w:type="dxa"/>
            <w:vAlign w:val="center"/>
          </w:tcPr>
          <w:p w14:paraId="0E4E192E" w14:textId="1787B971" w:rsidR="00561183" w:rsidRPr="009B6051" w:rsidRDefault="00585FD3">
            <w:pPr>
              <w:spacing w:after="0"/>
              <w:jc w:val="center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7</w:t>
            </w:r>
          </w:p>
        </w:tc>
        <w:tc>
          <w:tcPr>
            <w:tcW w:w="2069" w:type="dxa"/>
            <w:vAlign w:val="center"/>
          </w:tcPr>
          <w:p w14:paraId="6528AED5" w14:textId="3D0BFB0F" w:rsidR="00561183" w:rsidRPr="009B6051" w:rsidRDefault="00585FD3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Công ty TNHH Liên Hạnh</w:t>
            </w:r>
          </w:p>
        </w:tc>
        <w:tc>
          <w:tcPr>
            <w:tcW w:w="1701" w:type="dxa"/>
            <w:vAlign w:val="center"/>
          </w:tcPr>
          <w:p w14:paraId="64C81943" w14:textId="01E6E6F4" w:rsidR="00561183" w:rsidRPr="009B6051" w:rsidRDefault="00585FD3" w:rsidP="00585FD3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 xml:space="preserve">Trần </w:t>
            </w:r>
            <w:r w:rsidR="00193962" w:rsidRPr="009B6051">
              <w:rPr>
                <w:sz w:val="25"/>
                <w:szCs w:val="25"/>
              </w:rPr>
              <w:t xml:space="preserve">Thị </w:t>
            </w:r>
            <w:r w:rsidRPr="009B6051">
              <w:rPr>
                <w:sz w:val="25"/>
                <w:szCs w:val="25"/>
              </w:rPr>
              <w:t>Thanh Huyền</w:t>
            </w:r>
            <w:r w:rsidR="00193962" w:rsidRPr="009B6051">
              <w:rPr>
                <w:sz w:val="25"/>
                <w:szCs w:val="25"/>
              </w:rPr>
              <w:t xml:space="preserve"> – Giám đốc</w:t>
            </w:r>
          </w:p>
        </w:tc>
        <w:tc>
          <w:tcPr>
            <w:tcW w:w="1697" w:type="dxa"/>
            <w:vAlign w:val="center"/>
          </w:tcPr>
          <w:p w14:paraId="6B7E1127" w14:textId="6B83A3D1" w:rsidR="00561183" w:rsidRPr="009B6051" w:rsidRDefault="00585FD3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0914.211.856</w:t>
            </w:r>
          </w:p>
        </w:tc>
        <w:tc>
          <w:tcPr>
            <w:tcW w:w="2551" w:type="dxa"/>
            <w:vAlign w:val="center"/>
          </w:tcPr>
          <w:p w14:paraId="5E6501FF" w14:textId="31B95C35" w:rsidR="00561183" w:rsidRPr="009B6051" w:rsidRDefault="00585FD3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https:vione.vn</w:t>
            </w:r>
          </w:p>
        </w:tc>
        <w:tc>
          <w:tcPr>
            <w:tcW w:w="3543" w:type="dxa"/>
            <w:vAlign w:val="center"/>
          </w:tcPr>
          <w:p w14:paraId="640A8527" w14:textId="0B4776F6" w:rsidR="00561183" w:rsidRPr="009B6051" w:rsidRDefault="00585FD3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CCN xã Vũ Thư, tỉnh Hưng Yên</w:t>
            </w:r>
          </w:p>
        </w:tc>
        <w:tc>
          <w:tcPr>
            <w:tcW w:w="2576" w:type="dxa"/>
            <w:vAlign w:val="center"/>
          </w:tcPr>
          <w:p w14:paraId="02A30A21" w14:textId="08B2E63B" w:rsidR="00561183" w:rsidRPr="009B6051" w:rsidRDefault="00585FD3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Lĩnh vực nông sản, thực phẩm</w:t>
            </w:r>
          </w:p>
        </w:tc>
      </w:tr>
      <w:tr w:rsidR="00585FD3" w:rsidRPr="00E86D2E" w14:paraId="0735C296" w14:textId="77777777" w:rsidTr="00585FD3">
        <w:trPr>
          <w:trHeight w:val="680"/>
          <w:jc w:val="center"/>
        </w:trPr>
        <w:tc>
          <w:tcPr>
            <w:tcW w:w="624" w:type="dxa"/>
            <w:vAlign w:val="center"/>
          </w:tcPr>
          <w:p w14:paraId="5E8CF46A" w14:textId="6C0BCC32" w:rsidR="00585FD3" w:rsidRPr="009B6051" w:rsidRDefault="00A35E46">
            <w:pPr>
              <w:spacing w:after="0"/>
              <w:jc w:val="center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lastRenderedPageBreak/>
              <w:t>8</w:t>
            </w:r>
          </w:p>
        </w:tc>
        <w:tc>
          <w:tcPr>
            <w:tcW w:w="2069" w:type="dxa"/>
            <w:vAlign w:val="center"/>
          </w:tcPr>
          <w:p w14:paraId="60898031" w14:textId="569FEA37" w:rsidR="00585FD3" w:rsidRPr="009B6051" w:rsidRDefault="00585FD3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Công ty TNHH chế biến nông sản thực phẩm Tường Lân</w:t>
            </w:r>
          </w:p>
        </w:tc>
        <w:tc>
          <w:tcPr>
            <w:tcW w:w="1701" w:type="dxa"/>
            <w:vAlign w:val="center"/>
          </w:tcPr>
          <w:p w14:paraId="1607B10B" w14:textId="7470598B" w:rsidR="00193962" w:rsidRPr="009B6051" w:rsidRDefault="00585FD3" w:rsidP="00585FD3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Nguyễn Đức Cường</w:t>
            </w:r>
            <w:r w:rsidR="00193962" w:rsidRPr="009B6051">
              <w:rPr>
                <w:sz w:val="25"/>
                <w:szCs w:val="25"/>
              </w:rPr>
              <w:t xml:space="preserve"> -  Giám đốc</w:t>
            </w:r>
          </w:p>
        </w:tc>
        <w:tc>
          <w:tcPr>
            <w:tcW w:w="1697" w:type="dxa"/>
            <w:vAlign w:val="center"/>
          </w:tcPr>
          <w:p w14:paraId="401FB349" w14:textId="3B145A6A" w:rsidR="00585FD3" w:rsidRPr="009B6051" w:rsidRDefault="00A35E46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093</w:t>
            </w:r>
            <w:r w:rsidR="003461DF" w:rsidRPr="009B6051">
              <w:rPr>
                <w:sz w:val="25"/>
                <w:szCs w:val="25"/>
              </w:rPr>
              <w:t>2.611.345</w:t>
            </w:r>
          </w:p>
        </w:tc>
        <w:tc>
          <w:tcPr>
            <w:tcW w:w="2551" w:type="dxa"/>
            <w:vAlign w:val="center"/>
          </w:tcPr>
          <w:p w14:paraId="1B2DCB84" w14:textId="5F0A06D6" w:rsidR="00585FD3" w:rsidRPr="009B6051" w:rsidRDefault="003461DF" w:rsidP="001A0174">
            <w:pPr>
              <w:spacing w:after="0"/>
              <w:rPr>
                <w:rFonts w:cs="Times New Roman"/>
                <w:sz w:val="25"/>
                <w:szCs w:val="25"/>
              </w:rPr>
            </w:pPr>
            <w:r w:rsidRPr="009B6051">
              <w:rPr>
                <w:rStyle w:val="text"/>
                <w:rFonts w:cs="Times New Roman"/>
                <w:color w:val="000000" w:themeColor="text1"/>
                <w:spacing w:val="3"/>
                <w:sz w:val="25"/>
                <w:szCs w:val="25"/>
              </w:rPr>
              <w:t>http://</w:t>
            </w:r>
            <w:r w:rsidR="001A0174" w:rsidRPr="009B6051">
              <w:rPr>
                <w:rStyle w:val="text"/>
                <w:rFonts w:cs="Times New Roman"/>
                <w:color w:val="000000" w:themeColor="text1"/>
                <w:spacing w:val="3"/>
                <w:sz w:val="25"/>
                <w:szCs w:val="25"/>
              </w:rPr>
              <w:t>ww</w:t>
            </w:r>
            <w:r w:rsidR="001A0174" w:rsidRPr="009B6051">
              <w:rPr>
                <w:rFonts w:cs="Times New Roman"/>
                <w:color w:val="000000" w:themeColor="text1"/>
                <w:spacing w:val="3"/>
                <w:sz w:val="25"/>
                <w:szCs w:val="25"/>
              </w:rPr>
              <w:t>w</w:t>
            </w:r>
            <w:r w:rsidRPr="009B6051">
              <w:rPr>
                <w:rFonts w:cs="Times New Roman"/>
                <w:color w:val="000000" w:themeColor="text1"/>
                <w:spacing w:val="3"/>
                <w:sz w:val="25"/>
                <w:szCs w:val="25"/>
              </w:rPr>
              <w:t>.tuonglanrice.com</w:t>
            </w:r>
          </w:p>
        </w:tc>
        <w:tc>
          <w:tcPr>
            <w:tcW w:w="3543" w:type="dxa"/>
            <w:vAlign w:val="center"/>
          </w:tcPr>
          <w:p w14:paraId="46E5522E" w14:textId="38F3898A" w:rsidR="00585FD3" w:rsidRPr="009B6051" w:rsidRDefault="003461DF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Thôn Trai Trang, xã Yên Mỹ, tỉnh Hưng Yên</w:t>
            </w:r>
          </w:p>
        </w:tc>
        <w:tc>
          <w:tcPr>
            <w:tcW w:w="2576" w:type="dxa"/>
            <w:vAlign w:val="center"/>
          </w:tcPr>
          <w:p w14:paraId="668E96A2" w14:textId="6DA5BD65" w:rsidR="00585FD3" w:rsidRPr="009B6051" w:rsidRDefault="002C70A5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Các sản phẩm gạo</w:t>
            </w:r>
          </w:p>
        </w:tc>
      </w:tr>
      <w:tr w:rsidR="00ED443A" w:rsidRPr="00E86D2E" w14:paraId="373E1B71" w14:textId="77777777" w:rsidTr="00585FD3">
        <w:trPr>
          <w:trHeight w:val="680"/>
          <w:jc w:val="center"/>
        </w:trPr>
        <w:tc>
          <w:tcPr>
            <w:tcW w:w="624" w:type="dxa"/>
            <w:vAlign w:val="center"/>
          </w:tcPr>
          <w:p w14:paraId="3F6F66B9" w14:textId="4990266B" w:rsidR="00ED443A" w:rsidRPr="009B6051" w:rsidRDefault="009B6051">
            <w:pPr>
              <w:spacing w:after="0"/>
              <w:jc w:val="center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9</w:t>
            </w:r>
          </w:p>
        </w:tc>
        <w:tc>
          <w:tcPr>
            <w:tcW w:w="2069" w:type="dxa"/>
            <w:vAlign w:val="center"/>
          </w:tcPr>
          <w:p w14:paraId="2FC4AD30" w14:textId="279CCE1F" w:rsidR="00ED443A" w:rsidRPr="009B6051" w:rsidRDefault="00ED443A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Công ty TNHH SX và KD Đại Nghĩa</w:t>
            </w:r>
          </w:p>
        </w:tc>
        <w:tc>
          <w:tcPr>
            <w:tcW w:w="1701" w:type="dxa"/>
            <w:vAlign w:val="center"/>
          </w:tcPr>
          <w:p w14:paraId="2734C615" w14:textId="6A0E0C5D" w:rsidR="00ED443A" w:rsidRPr="009B6051" w:rsidRDefault="00ED443A" w:rsidP="00585FD3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Trần Đại Nghĩa – Giám đốc</w:t>
            </w:r>
          </w:p>
        </w:tc>
        <w:tc>
          <w:tcPr>
            <w:tcW w:w="1697" w:type="dxa"/>
            <w:vAlign w:val="center"/>
          </w:tcPr>
          <w:p w14:paraId="2E9FDD96" w14:textId="7BB9D119" w:rsidR="00ED443A" w:rsidRPr="009B6051" w:rsidRDefault="00ED443A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0988</w:t>
            </w:r>
            <w:r w:rsidR="00E117A9" w:rsidRPr="009B6051">
              <w:rPr>
                <w:sz w:val="25"/>
                <w:szCs w:val="25"/>
              </w:rPr>
              <w:t>.</w:t>
            </w:r>
            <w:r w:rsidRPr="009B6051">
              <w:rPr>
                <w:sz w:val="25"/>
                <w:szCs w:val="25"/>
              </w:rPr>
              <w:t>983</w:t>
            </w:r>
            <w:r w:rsidR="00E117A9" w:rsidRPr="009B6051">
              <w:rPr>
                <w:sz w:val="25"/>
                <w:szCs w:val="25"/>
              </w:rPr>
              <w:t>.</w:t>
            </w:r>
            <w:r w:rsidRPr="009B6051">
              <w:rPr>
                <w:sz w:val="25"/>
                <w:szCs w:val="25"/>
              </w:rPr>
              <w:t>116</w:t>
            </w:r>
          </w:p>
        </w:tc>
        <w:tc>
          <w:tcPr>
            <w:tcW w:w="2551" w:type="dxa"/>
            <w:vAlign w:val="center"/>
          </w:tcPr>
          <w:p w14:paraId="460481AF" w14:textId="4C97BB5F" w:rsidR="00ED443A" w:rsidRPr="009B6051" w:rsidRDefault="00ED443A" w:rsidP="001A0174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http://www.hatex.vn</w:t>
            </w:r>
          </w:p>
        </w:tc>
        <w:tc>
          <w:tcPr>
            <w:tcW w:w="3543" w:type="dxa"/>
            <w:vAlign w:val="center"/>
          </w:tcPr>
          <w:p w14:paraId="35EFE746" w14:textId="4209B731" w:rsidR="00ED443A" w:rsidRPr="009B6051" w:rsidRDefault="00ED443A" w:rsidP="00ED443A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 xml:space="preserve">Thôn Đông Hoàng, xã Đồng Châu, tỉnh Hưng Yên </w:t>
            </w:r>
          </w:p>
        </w:tc>
        <w:tc>
          <w:tcPr>
            <w:tcW w:w="2576" w:type="dxa"/>
            <w:vAlign w:val="center"/>
          </w:tcPr>
          <w:p w14:paraId="4F8833F5" w14:textId="4447050A" w:rsidR="00ED443A" w:rsidRPr="009B6051" w:rsidRDefault="00ED443A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 xml:space="preserve">Máy cấy lúa, mô hình máy bay phun thuốc trừ sâu,.. </w:t>
            </w:r>
          </w:p>
        </w:tc>
      </w:tr>
      <w:tr w:rsidR="00ED443A" w:rsidRPr="00E86D2E" w14:paraId="6370CA12" w14:textId="77777777" w:rsidTr="00585FD3">
        <w:trPr>
          <w:trHeight w:val="680"/>
          <w:jc w:val="center"/>
        </w:trPr>
        <w:tc>
          <w:tcPr>
            <w:tcW w:w="624" w:type="dxa"/>
            <w:vAlign w:val="center"/>
          </w:tcPr>
          <w:p w14:paraId="7085D758" w14:textId="35C4DD04" w:rsidR="00ED443A" w:rsidRPr="009B6051" w:rsidRDefault="009B6051">
            <w:pPr>
              <w:spacing w:after="0"/>
              <w:jc w:val="center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10</w:t>
            </w:r>
          </w:p>
        </w:tc>
        <w:tc>
          <w:tcPr>
            <w:tcW w:w="2069" w:type="dxa"/>
            <w:vAlign w:val="center"/>
          </w:tcPr>
          <w:p w14:paraId="59A340C1" w14:textId="770597C4" w:rsidR="00ED443A" w:rsidRPr="009B6051" w:rsidRDefault="00ED443A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Công ty CP Đầu tư XNK Thăng Long</w:t>
            </w:r>
          </w:p>
        </w:tc>
        <w:tc>
          <w:tcPr>
            <w:tcW w:w="1701" w:type="dxa"/>
            <w:vAlign w:val="center"/>
          </w:tcPr>
          <w:p w14:paraId="66F81AA1" w14:textId="3FCE2C6D" w:rsidR="00ED443A" w:rsidRPr="009B6051" w:rsidRDefault="00ED443A" w:rsidP="00585FD3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Vũ Ngọc Anh</w:t>
            </w:r>
            <w:r w:rsidR="0046143A" w:rsidRPr="009B6051">
              <w:rPr>
                <w:sz w:val="25"/>
                <w:szCs w:val="25"/>
              </w:rPr>
              <w:t xml:space="preserve"> – Giám đốc</w:t>
            </w:r>
          </w:p>
        </w:tc>
        <w:tc>
          <w:tcPr>
            <w:tcW w:w="1697" w:type="dxa"/>
            <w:vAlign w:val="center"/>
          </w:tcPr>
          <w:p w14:paraId="57228F9E" w14:textId="2CA5E340" w:rsidR="00ED443A" w:rsidRPr="009B6051" w:rsidRDefault="00ED443A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02273.834.219</w:t>
            </w:r>
          </w:p>
        </w:tc>
        <w:tc>
          <w:tcPr>
            <w:tcW w:w="2551" w:type="dxa"/>
            <w:vAlign w:val="center"/>
          </w:tcPr>
          <w:p w14:paraId="63EC8746" w14:textId="6152A22F" w:rsidR="00ED443A" w:rsidRPr="009B6051" w:rsidRDefault="00ED443A" w:rsidP="001A0174">
            <w:pPr>
              <w:spacing w:after="0"/>
              <w:rPr>
                <w:rStyle w:val="text"/>
                <w:rFonts w:cs="Times New Roman"/>
                <w:color w:val="000000" w:themeColor="text1"/>
                <w:spacing w:val="3"/>
                <w:sz w:val="25"/>
                <w:szCs w:val="25"/>
              </w:rPr>
            </w:pPr>
            <w:r w:rsidRPr="009B6051">
              <w:rPr>
                <w:rStyle w:val="text"/>
                <w:rFonts w:cs="Times New Roman"/>
                <w:color w:val="000000" w:themeColor="text1"/>
                <w:spacing w:val="3"/>
                <w:sz w:val="25"/>
                <w:szCs w:val="25"/>
              </w:rPr>
              <w:t>https://dragongroup.co</w:t>
            </w:r>
          </w:p>
        </w:tc>
        <w:tc>
          <w:tcPr>
            <w:tcW w:w="3543" w:type="dxa"/>
            <w:vAlign w:val="center"/>
          </w:tcPr>
          <w:p w14:paraId="040E7155" w14:textId="7ED81BB2" w:rsidR="00ED443A" w:rsidRPr="009B6051" w:rsidRDefault="00ED443A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Đường Hùng Vương, Phường Vũ Phúc, tỉnh Hưng Yên</w:t>
            </w:r>
          </w:p>
        </w:tc>
        <w:tc>
          <w:tcPr>
            <w:tcW w:w="2576" w:type="dxa"/>
            <w:vAlign w:val="center"/>
          </w:tcPr>
          <w:p w14:paraId="391E88BF" w14:textId="1645E31C" w:rsidR="00ED443A" w:rsidRPr="009B6051" w:rsidRDefault="00ED443A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Sản phẩm dệt may</w:t>
            </w:r>
          </w:p>
        </w:tc>
      </w:tr>
      <w:tr w:rsidR="00ED443A" w:rsidRPr="00E86D2E" w14:paraId="0F9A09B6" w14:textId="77777777" w:rsidTr="00585FD3">
        <w:trPr>
          <w:trHeight w:val="680"/>
          <w:jc w:val="center"/>
        </w:trPr>
        <w:tc>
          <w:tcPr>
            <w:tcW w:w="624" w:type="dxa"/>
            <w:vAlign w:val="center"/>
          </w:tcPr>
          <w:p w14:paraId="04AC4005" w14:textId="5FA7BC57" w:rsidR="00ED443A" w:rsidRPr="009B6051" w:rsidRDefault="009B6051">
            <w:pPr>
              <w:spacing w:after="0"/>
              <w:jc w:val="center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11</w:t>
            </w:r>
          </w:p>
        </w:tc>
        <w:tc>
          <w:tcPr>
            <w:tcW w:w="2069" w:type="dxa"/>
            <w:vAlign w:val="center"/>
          </w:tcPr>
          <w:p w14:paraId="5F20BAA2" w14:textId="6910552C" w:rsidR="00ED443A" w:rsidRPr="009B6051" w:rsidRDefault="003558A0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Công ty TNHH nghêu Thái Bình</w:t>
            </w:r>
          </w:p>
        </w:tc>
        <w:tc>
          <w:tcPr>
            <w:tcW w:w="1701" w:type="dxa"/>
            <w:vAlign w:val="center"/>
          </w:tcPr>
          <w:p w14:paraId="05A4C93F" w14:textId="1A030D42" w:rsidR="00ED443A" w:rsidRPr="009B6051" w:rsidRDefault="00594A3E" w:rsidP="00585FD3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Trần Thị Thuý Mai</w:t>
            </w:r>
            <w:r w:rsidR="0046143A" w:rsidRPr="009B6051">
              <w:rPr>
                <w:sz w:val="25"/>
                <w:szCs w:val="25"/>
              </w:rPr>
              <w:t xml:space="preserve"> – Giám đốc</w:t>
            </w:r>
          </w:p>
        </w:tc>
        <w:tc>
          <w:tcPr>
            <w:tcW w:w="1697" w:type="dxa"/>
            <w:vAlign w:val="center"/>
          </w:tcPr>
          <w:p w14:paraId="1DC93B0C" w14:textId="21AF7556" w:rsidR="00ED443A" w:rsidRPr="009B6051" w:rsidRDefault="00594A3E" w:rsidP="00E117A9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02273.668.13</w:t>
            </w:r>
          </w:p>
        </w:tc>
        <w:tc>
          <w:tcPr>
            <w:tcW w:w="2551" w:type="dxa"/>
            <w:vAlign w:val="center"/>
          </w:tcPr>
          <w:p w14:paraId="4BEB07F0" w14:textId="65768588" w:rsidR="00ED443A" w:rsidRPr="009B6051" w:rsidRDefault="00594A3E" w:rsidP="001A0174">
            <w:pPr>
              <w:spacing w:after="0"/>
              <w:rPr>
                <w:rStyle w:val="text"/>
                <w:rFonts w:cs="Times New Roman"/>
                <w:color w:val="000000" w:themeColor="text1"/>
                <w:spacing w:val="3"/>
                <w:sz w:val="25"/>
                <w:szCs w:val="25"/>
              </w:rPr>
            </w:pPr>
            <w:r w:rsidRPr="009B6051">
              <w:rPr>
                <w:rStyle w:val="text"/>
                <w:rFonts w:cs="Times New Roman"/>
                <w:color w:val="000000" w:themeColor="text1"/>
                <w:spacing w:val="3"/>
                <w:sz w:val="25"/>
                <w:szCs w:val="25"/>
              </w:rPr>
              <w:t>https://thaibinhshellfish.com</w:t>
            </w:r>
          </w:p>
        </w:tc>
        <w:tc>
          <w:tcPr>
            <w:tcW w:w="3543" w:type="dxa"/>
            <w:vAlign w:val="center"/>
          </w:tcPr>
          <w:p w14:paraId="129C4E18" w14:textId="265D7B68" w:rsidR="00ED443A" w:rsidRPr="009B6051" w:rsidRDefault="00594A3E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Thôn Nam Thịnh, xã Nam Cường, tỉn Hưng Yên</w:t>
            </w:r>
          </w:p>
        </w:tc>
        <w:tc>
          <w:tcPr>
            <w:tcW w:w="2576" w:type="dxa"/>
            <w:vAlign w:val="center"/>
          </w:tcPr>
          <w:p w14:paraId="116CA246" w14:textId="726644AF" w:rsidR="00ED443A" w:rsidRPr="009B6051" w:rsidRDefault="00594A3E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Nông sản</w:t>
            </w:r>
          </w:p>
        </w:tc>
      </w:tr>
      <w:tr w:rsidR="00ED443A" w:rsidRPr="00E86D2E" w14:paraId="20A4DCC6" w14:textId="77777777" w:rsidTr="00585FD3">
        <w:trPr>
          <w:trHeight w:val="680"/>
          <w:jc w:val="center"/>
        </w:trPr>
        <w:tc>
          <w:tcPr>
            <w:tcW w:w="624" w:type="dxa"/>
            <w:vAlign w:val="center"/>
          </w:tcPr>
          <w:p w14:paraId="17C10920" w14:textId="00B00ED7" w:rsidR="00ED443A" w:rsidRPr="009B6051" w:rsidRDefault="009B6051">
            <w:pPr>
              <w:spacing w:after="0"/>
              <w:jc w:val="center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12</w:t>
            </w:r>
          </w:p>
        </w:tc>
        <w:tc>
          <w:tcPr>
            <w:tcW w:w="2069" w:type="dxa"/>
            <w:vAlign w:val="center"/>
          </w:tcPr>
          <w:p w14:paraId="6387E212" w14:textId="3977D801" w:rsidR="00ED443A" w:rsidRPr="009B6051" w:rsidRDefault="003558A0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Công ty CP Bitexco Nam Long</w:t>
            </w:r>
          </w:p>
        </w:tc>
        <w:tc>
          <w:tcPr>
            <w:tcW w:w="1701" w:type="dxa"/>
            <w:vAlign w:val="center"/>
          </w:tcPr>
          <w:p w14:paraId="6EF8B762" w14:textId="76C53BDE" w:rsidR="00ED443A" w:rsidRPr="009B6051" w:rsidRDefault="00594A3E" w:rsidP="00585FD3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Lê Minh Hiệu</w:t>
            </w:r>
            <w:r w:rsidR="0046143A" w:rsidRPr="009B6051">
              <w:rPr>
                <w:sz w:val="25"/>
                <w:szCs w:val="25"/>
              </w:rPr>
              <w:t xml:space="preserve"> – Giám đốc</w:t>
            </w:r>
          </w:p>
        </w:tc>
        <w:tc>
          <w:tcPr>
            <w:tcW w:w="1697" w:type="dxa"/>
            <w:vAlign w:val="center"/>
          </w:tcPr>
          <w:p w14:paraId="56A02B8D" w14:textId="00E6945D" w:rsidR="00ED443A" w:rsidRPr="009B6051" w:rsidRDefault="00594A3E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02273.847848</w:t>
            </w:r>
          </w:p>
        </w:tc>
        <w:tc>
          <w:tcPr>
            <w:tcW w:w="2551" w:type="dxa"/>
            <w:vAlign w:val="center"/>
          </w:tcPr>
          <w:p w14:paraId="59B3B14A" w14:textId="38F86C46" w:rsidR="00ED443A" w:rsidRPr="009B6051" w:rsidRDefault="00594A3E" w:rsidP="001A0174">
            <w:pPr>
              <w:spacing w:after="0"/>
              <w:rPr>
                <w:rStyle w:val="text"/>
                <w:rFonts w:cs="Times New Roman"/>
                <w:color w:val="000000" w:themeColor="text1"/>
                <w:spacing w:val="3"/>
                <w:sz w:val="25"/>
                <w:szCs w:val="25"/>
              </w:rPr>
            </w:pPr>
            <w:r w:rsidRPr="009B6051">
              <w:rPr>
                <w:rStyle w:val="text"/>
                <w:rFonts w:cs="Times New Roman"/>
                <w:color w:val="000000" w:themeColor="text1"/>
                <w:spacing w:val="3"/>
                <w:sz w:val="25"/>
                <w:szCs w:val="25"/>
              </w:rPr>
              <w:t>Facebook.com/BitexcoNamlong.Jsc</w:t>
            </w:r>
          </w:p>
        </w:tc>
        <w:tc>
          <w:tcPr>
            <w:tcW w:w="3543" w:type="dxa"/>
            <w:vAlign w:val="center"/>
          </w:tcPr>
          <w:p w14:paraId="5DA54164" w14:textId="22EDA24A" w:rsidR="00ED443A" w:rsidRPr="009B6051" w:rsidRDefault="00594A3E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KCN Nguyễn Đức Cảnh, phường Trần Hưng Đạo, tỉnh Hưng Yên</w:t>
            </w:r>
          </w:p>
        </w:tc>
        <w:tc>
          <w:tcPr>
            <w:tcW w:w="2576" w:type="dxa"/>
            <w:vAlign w:val="center"/>
          </w:tcPr>
          <w:p w14:paraId="27CA8D8B" w14:textId="22D16858" w:rsidR="00ED443A" w:rsidRPr="009B6051" w:rsidRDefault="00594A3E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Dệt may</w:t>
            </w:r>
          </w:p>
        </w:tc>
      </w:tr>
      <w:tr w:rsidR="00ED443A" w:rsidRPr="00E86D2E" w14:paraId="27C0E9B7" w14:textId="77777777" w:rsidTr="00585FD3">
        <w:trPr>
          <w:trHeight w:val="680"/>
          <w:jc w:val="center"/>
        </w:trPr>
        <w:tc>
          <w:tcPr>
            <w:tcW w:w="624" w:type="dxa"/>
            <w:vAlign w:val="center"/>
          </w:tcPr>
          <w:p w14:paraId="4E8392B4" w14:textId="19D97A79" w:rsidR="00ED443A" w:rsidRPr="009B6051" w:rsidRDefault="009B6051">
            <w:pPr>
              <w:spacing w:after="0"/>
              <w:jc w:val="center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13</w:t>
            </w:r>
          </w:p>
        </w:tc>
        <w:tc>
          <w:tcPr>
            <w:tcW w:w="2069" w:type="dxa"/>
            <w:vAlign w:val="center"/>
          </w:tcPr>
          <w:p w14:paraId="289FE83F" w14:textId="0DB712EB" w:rsidR="00ED443A" w:rsidRPr="009B6051" w:rsidRDefault="003558A0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Công ty TNHH da giày XK Thành Phát</w:t>
            </w:r>
          </w:p>
        </w:tc>
        <w:tc>
          <w:tcPr>
            <w:tcW w:w="1701" w:type="dxa"/>
            <w:vAlign w:val="center"/>
          </w:tcPr>
          <w:p w14:paraId="199D7F19" w14:textId="3334B6C9" w:rsidR="00ED443A" w:rsidRPr="009B6051" w:rsidRDefault="00E117A9" w:rsidP="0046143A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 xml:space="preserve">Nguyễn Xuân Phưởng – Giám </w:t>
            </w:r>
            <w:r w:rsidR="0046143A" w:rsidRPr="009B6051">
              <w:rPr>
                <w:sz w:val="25"/>
                <w:szCs w:val="25"/>
              </w:rPr>
              <w:t>đốc</w:t>
            </w:r>
          </w:p>
        </w:tc>
        <w:tc>
          <w:tcPr>
            <w:tcW w:w="1697" w:type="dxa"/>
            <w:vAlign w:val="center"/>
          </w:tcPr>
          <w:p w14:paraId="4A219D20" w14:textId="71BC8D56" w:rsidR="00ED443A" w:rsidRPr="009B6051" w:rsidRDefault="00E117A9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0913.291.571</w:t>
            </w:r>
          </w:p>
        </w:tc>
        <w:tc>
          <w:tcPr>
            <w:tcW w:w="2551" w:type="dxa"/>
            <w:vAlign w:val="center"/>
          </w:tcPr>
          <w:p w14:paraId="0695B390" w14:textId="014ADB1D" w:rsidR="00ED443A" w:rsidRPr="009B6051" w:rsidRDefault="00385C30" w:rsidP="00385C30">
            <w:pPr>
              <w:spacing w:after="0"/>
              <w:rPr>
                <w:rStyle w:val="text"/>
                <w:rFonts w:cs="Times New Roman"/>
                <w:color w:val="000000" w:themeColor="text1"/>
                <w:spacing w:val="3"/>
                <w:sz w:val="25"/>
                <w:szCs w:val="25"/>
              </w:rPr>
            </w:pPr>
            <w:r w:rsidRPr="009B6051">
              <w:rPr>
                <w:rStyle w:val="text"/>
                <w:rFonts w:cs="Times New Roman"/>
                <w:color w:val="000000" w:themeColor="text1"/>
                <w:spacing w:val="3"/>
                <w:sz w:val="25"/>
                <w:szCs w:val="25"/>
              </w:rPr>
              <w:t>https://giaythanhphat.com</w:t>
            </w:r>
          </w:p>
        </w:tc>
        <w:tc>
          <w:tcPr>
            <w:tcW w:w="3543" w:type="dxa"/>
            <w:vAlign w:val="center"/>
          </w:tcPr>
          <w:p w14:paraId="3816541C" w14:textId="74E77F4A" w:rsidR="00ED443A" w:rsidRPr="009B6051" w:rsidRDefault="00E117A9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Tổ dân phố Thượng Cầm, phường Trần Lãm, tỉnh Hưng Yên</w:t>
            </w:r>
          </w:p>
        </w:tc>
        <w:tc>
          <w:tcPr>
            <w:tcW w:w="2576" w:type="dxa"/>
            <w:vAlign w:val="center"/>
          </w:tcPr>
          <w:p w14:paraId="4BA583DF" w14:textId="391DB3E6" w:rsidR="00E117A9" w:rsidRPr="009B6051" w:rsidRDefault="00E117A9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Da giầy</w:t>
            </w:r>
          </w:p>
        </w:tc>
      </w:tr>
      <w:tr w:rsidR="0046143A" w:rsidRPr="00E86D2E" w14:paraId="0AD74EA1" w14:textId="77777777" w:rsidTr="0046143A">
        <w:trPr>
          <w:trHeight w:val="949"/>
          <w:jc w:val="center"/>
        </w:trPr>
        <w:tc>
          <w:tcPr>
            <w:tcW w:w="624" w:type="dxa"/>
            <w:vAlign w:val="center"/>
          </w:tcPr>
          <w:p w14:paraId="4932D609" w14:textId="6976E25B" w:rsidR="0046143A" w:rsidRPr="009B6051" w:rsidRDefault="009B6051" w:rsidP="0046143A">
            <w:pPr>
              <w:spacing w:after="0"/>
              <w:jc w:val="center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14</w:t>
            </w:r>
          </w:p>
        </w:tc>
        <w:tc>
          <w:tcPr>
            <w:tcW w:w="2069" w:type="dxa"/>
            <w:vAlign w:val="center"/>
          </w:tcPr>
          <w:p w14:paraId="3E49EEA3" w14:textId="2298B94C" w:rsidR="0046143A" w:rsidRPr="009B6051" w:rsidRDefault="0046143A" w:rsidP="0046143A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Công ty TNHH SXKD sứ Hảo Cảnh</w:t>
            </w:r>
          </w:p>
        </w:tc>
        <w:tc>
          <w:tcPr>
            <w:tcW w:w="1701" w:type="dxa"/>
            <w:vAlign w:val="center"/>
          </w:tcPr>
          <w:p w14:paraId="3554B51D" w14:textId="0AFCAA17" w:rsidR="0046143A" w:rsidRPr="009B6051" w:rsidRDefault="0046143A" w:rsidP="0046143A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Tô Xuân Cảnh – Giám đốc</w:t>
            </w:r>
          </w:p>
        </w:tc>
        <w:tc>
          <w:tcPr>
            <w:tcW w:w="1697" w:type="dxa"/>
            <w:vAlign w:val="center"/>
          </w:tcPr>
          <w:p w14:paraId="0DB4E178" w14:textId="3CA127D7" w:rsidR="0046143A" w:rsidRPr="009B6051" w:rsidRDefault="0046143A" w:rsidP="0046143A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02273.781.668</w:t>
            </w:r>
          </w:p>
        </w:tc>
        <w:tc>
          <w:tcPr>
            <w:tcW w:w="2551" w:type="dxa"/>
            <w:vAlign w:val="center"/>
          </w:tcPr>
          <w:p w14:paraId="6F3A7A74" w14:textId="3BFBDF41" w:rsidR="0046143A" w:rsidRPr="009B6051" w:rsidRDefault="0046143A" w:rsidP="0046143A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https://haocanhceramic.com</w:t>
            </w:r>
          </w:p>
        </w:tc>
        <w:tc>
          <w:tcPr>
            <w:tcW w:w="3543" w:type="dxa"/>
            <w:vAlign w:val="center"/>
          </w:tcPr>
          <w:p w14:paraId="3178A762" w14:textId="6FB3A93D" w:rsidR="0046143A" w:rsidRPr="009B6051" w:rsidRDefault="0046143A" w:rsidP="0046143A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KCN Tiền Hải, xã Đồng Châu, tỉnh Hưng Yên</w:t>
            </w:r>
          </w:p>
        </w:tc>
        <w:tc>
          <w:tcPr>
            <w:tcW w:w="2576" w:type="dxa"/>
            <w:vAlign w:val="center"/>
          </w:tcPr>
          <w:p w14:paraId="7CBA1C29" w14:textId="5D163D34" w:rsidR="0046143A" w:rsidRPr="009B6051" w:rsidRDefault="0046143A" w:rsidP="0046143A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Gốm sứ và vật liệu xây dựng</w:t>
            </w:r>
          </w:p>
        </w:tc>
      </w:tr>
      <w:tr w:rsidR="0046143A" w:rsidRPr="00E86D2E" w14:paraId="22AEF61A" w14:textId="77777777" w:rsidTr="00585FD3">
        <w:trPr>
          <w:trHeight w:val="680"/>
          <w:jc w:val="center"/>
        </w:trPr>
        <w:tc>
          <w:tcPr>
            <w:tcW w:w="624" w:type="dxa"/>
            <w:vAlign w:val="center"/>
          </w:tcPr>
          <w:p w14:paraId="383A98A2" w14:textId="17E59380" w:rsidR="0046143A" w:rsidRPr="009B6051" w:rsidRDefault="009B6051" w:rsidP="0046143A">
            <w:pPr>
              <w:spacing w:after="0"/>
              <w:jc w:val="center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15</w:t>
            </w:r>
          </w:p>
        </w:tc>
        <w:tc>
          <w:tcPr>
            <w:tcW w:w="2069" w:type="dxa"/>
            <w:vAlign w:val="center"/>
          </w:tcPr>
          <w:p w14:paraId="3AFE5326" w14:textId="725D6AE9" w:rsidR="0046143A" w:rsidRPr="009B6051" w:rsidRDefault="0046143A" w:rsidP="0046143A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Công ty CP gốm sứ Long Hầu</w:t>
            </w:r>
          </w:p>
        </w:tc>
        <w:tc>
          <w:tcPr>
            <w:tcW w:w="1701" w:type="dxa"/>
            <w:vAlign w:val="center"/>
          </w:tcPr>
          <w:p w14:paraId="49C8998B" w14:textId="583FDEC2" w:rsidR="0046143A" w:rsidRPr="009B6051" w:rsidRDefault="0046143A" w:rsidP="0046143A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Bùi Văn Sơn – Giám đốc</w:t>
            </w:r>
          </w:p>
        </w:tc>
        <w:tc>
          <w:tcPr>
            <w:tcW w:w="1697" w:type="dxa"/>
            <w:vAlign w:val="center"/>
          </w:tcPr>
          <w:p w14:paraId="2FB740F0" w14:textId="191A856D" w:rsidR="0046143A" w:rsidRPr="009B6051" w:rsidRDefault="0046143A" w:rsidP="0046143A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0912.834.036</w:t>
            </w:r>
          </w:p>
        </w:tc>
        <w:tc>
          <w:tcPr>
            <w:tcW w:w="2551" w:type="dxa"/>
            <w:vAlign w:val="center"/>
          </w:tcPr>
          <w:p w14:paraId="2443100E" w14:textId="700DF588" w:rsidR="0046143A" w:rsidRPr="009B6051" w:rsidRDefault="0046143A" w:rsidP="0046143A">
            <w:pPr>
              <w:spacing w:after="0"/>
              <w:rPr>
                <w:rStyle w:val="text"/>
                <w:rFonts w:cs="Times New Roman"/>
                <w:color w:val="000000" w:themeColor="text1"/>
                <w:spacing w:val="3"/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https://sulonghau.com.vn</w:t>
            </w:r>
          </w:p>
        </w:tc>
        <w:tc>
          <w:tcPr>
            <w:tcW w:w="3543" w:type="dxa"/>
            <w:vAlign w:val="center"/>
          </w:tcPr>
          <w:p w14:paraId="3BCBACE6" w14:textId="404D2A49" w:rsidR="0046143A" w:rsidRPr="009B6051" w:rsidRDefault="0046143A" w:rsidP="0046143A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KCN Tiền Hải, xã Đồng Châu, tỉnh Hưng Yên</w:t>
            </w:r>
          </w:p>
        </w:tc>
        <w:tc>
          <w:tcPr>
            <w:tcW w:w="2576" w:type="dxa"/>
            <w:vAlign w:val="center"/>
          </w:tcPr>
          <w:p w14:paraId="0FB4B5CB" w14:textId="6B5C1439" w:rsidR="0046143A" w:rsidRPr="009B6051" w:rsidRDefault="0046143A" w:rsidP="0046143A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Gốm sứ và vật liệu xây dựng</w:t>
            </w:r>
          </w:p>
        </w:tc>
      </w:tr>
      <w:tr w:rsidR="009B6051" w:rsidRPr="00E86D2E" w14:paraId="7DBA6559" w14:textId="77777777" w:rsidTr="00585FD3">
        <w:trPr>
          <w:trHeight w:val="680"/>
          <w:jc w:val="center"/>
        </w:trPr>
        <w:tc>
          <w:tcPr>
            <w:tcW w:w="624" w:type="dxa"/>
            <w:vAlign w:val="center"/>
          </w:tcPr>
          <w:p w14:paraId="68B630B9" w14:textId="1F112F34" w:rsidR="009B6051" w:rsidRPr="009B6051" w:rsidRDefault="009B6051" w:rsidP="009B6051">
            <w:pPr>
              <w:spacing w:after="0"/>
              <w:jc w:val="center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16</w:t>
            </w:r>
          </w:p>
        </w:tc>
        <w:tc>
          <w:tcPr>
            <w:tcW w:w="2069" w:type="dxa"/>
            <w:vAlign w:val="center"/>
          </w:tcPr>
          <w:p w14:paraId="30782A4F" w14:textId="578BE354" w:rsidR="009B6051" w:rsidRPr="009B6051" w:rsidRDefault="009B6051" w:rsidP="009B6051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Công ty TNHH Điện cơ Aidi</w:t>
            </w:r>
          </w:p>
        </w:tc>
        <w:tc>
          <w:tcPr>
            <w:tcW w:w="1701" w:type="dxa"/>
            <w:vAlign w:val="center"/>
          </w:tcPr>
          <w:p w14:paraId="0CFBF145" w14:textId="34D73B8A" w:rsidR="009B6051" w:rsidRPr="009B6051" w:rsidRDefault="009B6051" w:rsidP="009B6051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Vũ Văn Trạc – Giám đốc</w:t>
            </w:r>
          </w:p>
        </w:tc>
        <w:tc>
          <w:tcPr>
            <w:tcW w:w="1697" w:type="dxa"/>
            <w:vAlign w:val="center"/>
          </w:tcPr>
          <w:p w14:paraId="38638C01" w14:textId="51989E02" w:rsidR="009B6051" w:rsidRPr="009B6051" w:rsidRDefault="009B6051" w:rsidP="009B6051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02276.523.888</w:t>
            </w:r>
          </w:p>
        </w:tc>
        <w:tc>
          <w:tcPr>
            <w:tcW w:w="2551" w:type="dxa"/>
            <w:vAlign w:val="center"/>
          </w:tcPr>
          <w:p w14:paraId="5DFED515" w14:textId="3AA2B90A" w:rsidR="009B6051" w:rsidRPr="009B6051" w:rsidRDefault="009B6051" w:rsidP="009B6051">
            <w:pPr>
              <w:spacing w:after="0"/>
              <w:rPr>
                <w:rStyle w:val="text"/>
                <w:rFonts w:cs="Times New Roman"/>
                <w:color w:val="000000" w:themeColor="text1"/>
                <w:spacing w:val="3"/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https://www.aidi.com.vn</w:t>
            </w:r>
          </w:p>
        </w:tc>
        <w:tc>
          <w:tcPr>
            <w:tcW w:w="3543" w:type="dxa"/>
            <w:vAlign w:val="center"/>
          </w:tcPr>
          <w:p w14:paraId="144174DA" w14:textId="43AD8D1E" w:rsidR="009B6051" w:rsidRPr="009B6051" w:rsidRDefault="009B6051" w:rsidP="009B6051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Tổ 11, Phường Trà Lý, tỉnh Hưng Yên</w:t>
            </w:r>
          </w:p>
        </w:tc>
        <w:tc>
          <w:tcPr>
            <w:tcW w:w="2576" w:type="dxa"/>
            <w:vAlign w:val="center"/>
          </w:tcPr>
          <w:p w14:paraId="2E2C8A17" w14:textId="12BC34E7" w:rsidR="009B6051" w:rsidRPr="009B6051" w:rsidRDefault="009B6051" w:rsidP="009B6051">
            <w:pPr>
              <w:spacing w:after="0"/>
              <w:rPr>
                <w:sz w:val="25"/>
                <w:szCs w:val="25"/>
              </w:rPr>
            </w:pPr>
            <w:r w:rsidRPr="009B6051">
              <w:rPr>
                <w:sz w:val="25"/>
                <w:szCs w:val="25"/>
              </w:rPr>
              <w:t>Điện tử dân dụng</w:t>
            </w:r>
          </w:p>
        </w:tc>
      </w:tr>
    </w:tbl>
    <w:p w14:paraId="59359A3C" w14:textId="27BC0A69" w:rsidR="008B450D" w:rsidRPr="00E86D2E" w:rsidRDefault="008B450D" w:rsidP="00F412E4">
      <w:pPr>
        <w:spacing w:before="160"/>
        <w:rPr>
          <w:sz w:val="26"/>
          <w:szCs w:val="26"/>
        </w:rPr>
      </w:pPr>
    </w:p>
    <w:sectPr w:rsidR="008B450D" w:rsidRPr="00E86D2E" w:rsidSect="00034616">
      <w:pgSz w:w="16838" w:h="11906" w:orient="landscape"/>
      <w:pgMar w:top="1020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85453" w14:textId="77777777" w:rsidR="00A104A5" w:rsidRDefault="00A104A5" w:rsidP="00382574">
      <w:pPr>
        <w:spacing w:after="0" w:line="240" w:lineRule="auto"/>
      </w:pPr>
      <w:r>
        <w:separator/>
      </w:r>
    </w:p>
  </w:endnote>
  <w:endnote w:type="continuationSeparator" w:id="0">
    <w:p w14:paraId="79007A18" w14:textId="77777777" w:rsidR="00A104A5" w:rsidRDefault="00A104A5" w:rsidP="00382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B0BBD" w14:textId="77777777" w:rsidR="00A104A5" w:rsidRDefault="00A104A5" w:rsidP="00382574">
      <w:pPr>
        <w:spacing w:after="0" w:line="240" w:lineRule="auto"/>
      </w:pPr>
      <w:r>
        <w:separator/>
      </w:r>
    </w:p>
  </w:footnote>
  <w:footnote w:type="continuationSeparator" w:id="0">
    <w:p w14:paraId="57724B41" w14:textId="77777777" w:rsidR="00A104A5" w:rsidRDefault="00A104A5" w:rsidP="003825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5A21"/>
    <w:rsid w:val="00034616"/>
    <w:rsid w:val="00056CBE"/>
    <w:rsid w:val="0006063C"/>
    <w:rsid w:val="00067BCC"/>
    <w:rsid w:val="000D720A"/>
    <w:rsid w:val="0015074B"/>
    <w:rsid w:val="00193962"/>
    <w:rsid w:val="001A0174"/>
    <w:rsid w:val="00235DA0"/>
    <w:rsid w:val="0029639D"/>
    <w:rsid w:val="002C70A5"/>
    <w:rsid w:val="00312961"/>
    <w:rsid w:val="00326F90"/>
    <w:rsid w:val="003461DF"/>
    <w:rsid w:val="003558A0"/>
    <w:rsid w:val="00382574"/>
    <w:rsid w:val="00385C30"/>
    <w:rsid w:val="00433C13"/>
    <w:rsid w:val="0046143A"/>
    <w:rsid w:val="00561183"/>
    <w:rsid w:val="00573E0D"/>
    <w:rsid w:val="00585FD3"/>
    <w:rsid w:val="00594A3E"/>
    <w:rsid w:val="006232E6"/>
    <w:rsid w:val="00647F08"/>
    <w:rsid w:val="00684BF2"/>
    <w:rsid w:val="006936C2"/>
    <w:rsid w:val="008B450D"/>
    <w:rsid w:val="0099586D"/>
    <w:rsid w:val="009B6051"/>
    <w:rsid w:val="00A104A5"/>
    <w:rsid w:val="00A24160"/>
    <w:rsid w:val="00A35E46"/>
    <w:rsid w:val="00AA1D8D"/>
    <w:rsid w:val="00AF0407"/>
    <w:rsid w:val="00B33EAA"/>
    <w:rsid w:val="00B47730"/>
    <w:rsid w:val="00B61EEF"/>
    <w:rsid w:val="00BA1316"/>
    <w:rsid w:val="00BF27E2"/>
    <w:rsid w:val="00C664F7"/>
    <w:rsid w:val="00CB0664"/>
    <w:rsid w:val="00D316DF"/>
    <w:rsid w:val="00E05977"/>
    <w:rsid w:val="00E117A9"/>
    <w:rsid w:val="00E86D2E"/>
    <w:rsid w:val="00ED443A"/>
    <w:rsid w:val="00EF2D2E"/>
    <w:rsid w:val="00F10E41"/>
    <w:rsid w:val="00F412E4"/>
    <w:rsid w:val="00F604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AF0B1B46-AC3A-49F6-BC0C-23D099336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38257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2574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8257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35DA0"/>
    <w:rPr>
      <w:color w:val="0000FF" w:themeColor="hyperlink"/>
      <w:u w:val="single"/>
    </w:rPr>
  </w:style>
  <w:style w:type="character" w:customStyle="1" w:styleId="text">
    <w:name w:val="text"/>
    <w:basedOn w:val="DefaultParagraphFont"/>
    <w:rsid w:val="00C664F7"/>
  </w:style>
  <w:style w:type="character" w:customStyle="1" w:styleId="card-send-timesendtime">
    <w:name w:val="card-send-time__sendtime"/>
    <w:basedOn w:val="DefaultParagraphFont"/>
    <w:rsid w:val="00C664F7"/>
  </w:style>
  <w:style w:type="character" w:customStyle="1" w:styleId="emoji-sizer">
    <w:name w:val="emoji-sizer"/>
    <w:basedOn w:val="DefaultParagraphFont"/>
    <w:rsid w:val="00C664F7"/>
  </w:style>
  <w:style w:type="paragraph" w:styleId="BalloonText">
    <w:name w:val="Balloon Text"/>
    <w:basedOn w:val="Normal"/>
    <w:link w:val="BalloonTextChar"/>
    <w:uiPriority w:val="99"/>
    <w:semiHidden/>
    <w:unhideWhenUsed/>
    <w:rsid w:val="001A01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1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2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1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5277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3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60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673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317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01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087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142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9095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0122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146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9142444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228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9948266">
                                              <w:marLeft w:val="0"/>
                                              <w:marRight w:val="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78344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2211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02208807">
                                                  <w:marLeft w:val="6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31339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347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008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0293611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3344310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44603088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9521927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5094203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6433223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uongsencomfor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263BDF-744F-49ED-8B94-FACF4535D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6</cp:revision>
  <cp:lastPrinted>2026-10-01T07:00:00Z</cp:lastPrinted>
  <dcterms:created xsi:type="dcterms:W3CDTF">2026-10-01T23:26:00Z</dcterms:created>
  <dcterms:modified xsi:type="dcterms:W3CDTF">2026-10-05T02:41:00Z</dcterms:modified>
  <cp:category/>
</cp:coreProperties>
</file>